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  <w:jc w:val="center"/>
      </w:pPr>
      <w:r>
        <w:rPr>
          <w:rFonts w:ascii="標楷體" w:hAnsi="標楷體" w:eastAsia="標楷體" w:cs="標楷體"/>
          <w:b/>
          <w:color w:val="1F3864"/>
          <w:sz w:val="48"/>
        </w:rPr>
        <w:t>社群媒體文案</w:t>
      </w:r>
    </w:p>
    <w:p>
      <w:pPr>
        <w:spacing w:after="60"/>
        <w:jc w:val="center"/>
      </w:pPr>
      <w:r>
        <w:rPr>
          <w:rFonts w:ascii="標楷體" w:hAnsi="標楷體" w:eastAsia="標楷體" w:cs="標楷體"/>
          <w:b/>
          <w:color w:val="2E75B6"/>
          <w:sz w:val="36"/>
        </w:rPr>
        <w:t>主題：ESG 永續醫療</w:t>
      </w:r>
    </w:p>
    <w:p>
      <w:pPr>
        <w:spacing w:after="60"/>
        <w:jc w:val="center"/>
      </w:pPr>
      <w:r>
        <w:rPr>
          <w:rFonts w:ascii="標楷體" w:hAnsi="標楷體" w:eastAsia="標楷體" w:cs="標楷體"/>
          <w:b w:val="0"/>
          <w:color w:val="555555"/>
          <w:sz w:val="24"/>
        </w:rPr>
        <w:t>(可直接複製貼上至各平台使用)</w:t>
      </w:r>
    </w:p>
    <w:p>
      <w:pPr>
        <w:spacing w:after="60"/>
      </w:pPr>
      <w:r>
        <w:rPr>
          <w:rFonts w:ascii="標楷體" w:hAnsi="標楷體" w:eastAsia="標楷體" w:cs="標楷體"/>
          <w:b w:val="0"/>
          <w:sz w:val="22"/>
        </w:rPr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412"/>
      </w:tblGrid>
      <w:tr>
        <w:tc>
          <w:tcPr>
            <w:tcW w:type="dxa" w:w="9071"/>
            <w:shd w:val="clear" w:color="auto" w:fill="FFF2CC"/>
            <w:tcBorders>
              <w:top w:val="single" w:sz="8" w:color="D4A017"/>
              <w:left w:val="single" w:sz="8" w:color="D4A017"/>
              <w:bottom w:val="single" w:sz="8" w:color="D4A017"/>
              <w:right w:val="single" w:sz="8" w:color="D4A017"/>
            </w:tcBorders>
          </w:tcPr>
          <w:p>
            <w:r>
              <w:rPr>
                <w:rFonts w:ascii="標楷體" w:hAnsi="標楷體" w:eastAsia="標楷體" w:cs="標楷體"/>
              </w:rPr>
            </w:r>
            <w:r>
              <w:rPr>
                <w:rFonts w:ascii="標楷體" w:hAnsi="標楷體" w:eastAsia="標楷體" w:cs="標楷體"/>
                <w:b/>
                <w:color w:val="7D4E00"/>
                <w:sz w:val="22"/>
              </w:rPr>
              <w:t>★ 使用方式：</w:t>
              <w:br/>
              <w:t xml:space="preserve">  1. 將「○○ 診所」替換成您的診所名稱</w:t>
              <w:br/>
              <w:t xml:space="preserve">  2. 複製對應平台的文字 → 貼到該平台發文</w:t>
              <w:br/>
              <w:t xml:space="preserve">  3. 搭配同資料夾的海報圖片一起發布</w:t>
              <w:br/>
              <w:t xml:space="preserve">  4. 拍照記錄發文截圖（作為認證佐證）</w:t>
            </w:r>
          </w:p>
        </w:tc>
      </w:tr>
    </w:tbl>
    <w:p>
      <w:pPr>
        <w:spacing w:after="60"/>
      </w:pPr>
      <w:r>
        <w:rPr>
          <w:rFonts w:ascii="標楷體" w:hAnsi="標楷體" w:eastAsia="標楷體" w:cs="標楷體"/>
          <w:b w:val="0"/>
          <w:sz w:val="22"/>
        </w:rPr>
      </w:r>
    </w:p>
    <w:p>
      <w:pPr>
        <w:spacing w:before="320" w:after="120"/>
        <w:pBdr>
          <w:bottom w:val="single" w:sz="12" w:space="4" w:color="1F3864"/>
        </w:pBdr>
      </w:pPr>
      <w:r>
        <w:rPr>
          <w:rFonts w:ascii="標楷體" w:hAnsi="標楷體" w:eastAsia="標楷體" w:cs="標楷體"/>
          <w:b/>
          <w:color w:val="1F3864"/>
          <w:sz w:val="36"/>
        </w:rPr>
        <w:t>📘 Facebook  粉絲專頁版（長文）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412"/>
      </w:tblGrid>
      <w:tr>
        <w:tc>
          <w:tcPr>
            <w:tcW w:type="dxa" w:w="9071"/>
            <w:shd w:val="clear" w:color="auto" w:fill="1877F2"/>
            <w:tcBorders>
              <w:top w:val="single" w:sz="8" w:color="1877F2"/>
              <w:left w:val="single" w:sz="8" w:color="1877F2"/>
              <w:bottom w:val="single" w:sz="8" w:color="1877F2"/>
              <w:right w:val="single" w:sz="8" w:color="1877F2"/>
            </w:tcBorders>
          </w:tcPr>
          <w:p>
            <w:pPr>
              <w:jc w:val="left"/>
            </w:pPr>
            <w:r>
              <w:rPr>
                <w:rFonts w:ascii="標楷體" w:hAnsi="標楷體" w:eastAsia="標楷體" w:cs="標楷體"/>
              </w:rPr>
            </w:r>
            <w:r>
              <w:rPr>
                <w:rFonts w:ascii="標楷體" w:hAnsi="標楷體" w:eastAsia="標楷體" w:cs="標楷體"/>
                <w:b/>
                <w:color w:val="FFFFFF"/>
                <w:sz w:val="32"/>
              </w:rPr>
              <w:t xml:space="preserve">  📘 Facebook 文案</w:t>
            </w:r>
          </w:p>
        </w:tc>
      </w:tr>
    </w:tbl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412"/>
      </w:tblGrid>
      <w:tr>
        <w:tc>
          <w:tcPr>
            <w:tcW w:type="dxa" w:w="9071"/>
            <w:shd w:val="clear" w:color="auto" w:fill="FFFEF7"/>
            <w:tcBorders>
              <w:top w:val="single" w:sz="6" w:color="1877F2"/>
              <w:left w:val="single" w:sz="6" w:color="1877F2"/>
              <w:bottom w:val="single" w:sz="6" w:color="1877F2"/>
              <w:right w:val="single" w:sz="6" w:color="1877F2"/>
            </w:tcBorders>
          </w:tcPr>
          <w:p>
            <w:pPr>
              <w:spacing w:after="40"/>
            </w:pPr>
            <w:r>
              <w:rPr>
                <w:rFonts w:ascii="標楷體" w:hAnsi="標楷體" w:eastAsia="標楷體" w:cs="標楷體"/>
              </w:rPr>
            </w: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🌍 ESG  您可能聽過但不太懂 ──讓 ○○ 診所用白話告訴您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ESG  是這三件事：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🌱 E  Environmental（環境）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 xml:space="preserve">   節能減碳  愛護地球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 xml:space="preserve">   診所節電節水、廢棄物分類、綠美化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❤️ S  Social（社會）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 xml:space="preserve">   照顧員工  服務社區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 xml:space="preserve">   診所員工關懷、病人權益、社區衛教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⚖️ G  Governance（治理）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 xml:space="preserve">   誠信經營  透明管理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 xml:space="preserve">   診所合規營運、個資保護、責任承擔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✨ 為什麼 ○○ 診所要做 ESG？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因為醫療不只是治病  更是守護健康生活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而健康生活  需要乾淨的地球、安全的社會、可信的制度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🌍 我們的承諾：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全面導入 ESG 永續制度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響應聯合國永續發展目標（SDGs）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與台中市醫師公會  共同推動永續醫療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用醫療專業  共同打造永續未來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從每次看診開始 💚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#台中市醫師公會 #永續醫療 #ESG #SDGs #社會責任 #永續發展</w:t>
            </w:r>
          </w:p>
        </w:tc>
      </w:tr>
    </w:tbl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412"/>
      </w:tblGrid>
      <w:tr>
        <w:tc>
          <w:tcPr>
            <w:tcW w:type="dxa" w:w="9071"/>
            <w:shd w:val="clear" w:color="auto" w:fill="F4F4F4"/>
            <w:tcBorders>
              <w:top w:val="single" w:sz="4" w:color="BBBBBB"/>
              <w:left w:val="single" w:sz="4" w:color="BBBBBB"/>
              <w:bottom w:val="single" w:sz="4" w:color="BBBBBB"/>
              <w:right w:val="single" w:sz="4" w:color="BBBBBB"/>
            </w:tcBorders>
          </w:tcPr>
          <w:p>
            <w:r>
              <w:rPr>
                <w:rFonts w:ascii="標楷體" w:hAnsi="標楷體" w:eastAsia="標楷體" w:cs="標楷體"/>
              </w:rPr>
            </w:r>
            <w:r>
              <w:rPr>
                <w:rFonts w:ascii="標楷體" w:hAnsi="標楷體" w:eastAsia="標楷體" w:cs="標楷體"/>
                <w:b w:val="0"/>
                <w:color w:val="555555"/>
                <w:sz w:val="20"/>
              </w:rPr>
              <w:t>💡 使用提示：教育性質  適合用知識分享形式發布  互動率高</w:t>
            </w:r>
          </w:p>
        </w:tc>
      </w:tr>
    </w:tbl>
    <w:p>
      <w:pPr>
        <w:spacing w:after="60"/>
      </w:pPr>
      <w:r>
        <w:rPr>
          <w:rFonts w:ascii="標楷體" w:hAnsi="標楷體" w:eastAsia="標楷體" w:cs="標楷體"/>
          <w:b w:val="0"/>
          <w:sz w:val="22"/>
        </w:rPr>
      </w:r>
    </w:p>
    <w:p>
      <w:pPr>
        <w:spacing w:before="320" w:after="120"/>
        <w:pBdr>
          <w:bottom w:val="single" w:sz="12" w:space="4" w:color="1F3864"/>
        </w:pBdr>
      </w:pPr>
      <w:r>
        <w:rPr>
          <w:rFonts w:ascii="標楷體" w:hAnsi="標楷體" w:eastAsia="標楷體" w:cs="標楷體"/>
          <w:b/>
          <w:color w:val="1F3864"/>
          <w:sz w:val="36"/>
        </w:rPr>
        <w:t>📷 Instagram  貼文版（含 Hashtag）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412"/>
      </w:tblGrid>
      <w:tr>
        <w:tc>
          <w:tcPr>
            <w:tcW w:type="dxa" w:w="9071"/>
            <w:shd w:val="clear" w:color="auto" w:fill="E4405F"/>
            <w:tcBorders>
              <w:top w:val="single" w:sz="8" w:color="E4405F"/>
              <w:left w:val="single" w:sz="8" w:color="E4405F"/>
              <w:bottom w:val="single" w:sz="8" w:color="E4405F"/>
              <w:right w:val="single" w:sz="8" w:color="E4405F"/>
            </w:tcBorders>
          </w:tcPr>
          <w:p>
            <w:pPr>
              <w:jc w:val="left"/>
            </w:pPr>
            <w:r>
              <w:rPr>
                <w:rFonts w:ascii="標楷體" w:hAnsi="標楷體" w:eastAsia="標楷體" w:cs="標楷體"/>
              </w:rPr>
            </w:r>
            <w:r>
              <w:rPr>
                <w:rFonts w:ascii="標楷體" w:hAnsi="標楷體" w:eastAsia="標楷體" w:cs="標楷體"/>
                <w:b/>
                <w:color w:val="FFFFFF"/>
                <w:sz w:val="32"/>
              </w:rPr>
              <w:t xml:space="preserve">  📷 Instagram 文案</w:t>
            </w:r>
          </w:p>
        </w:tc>
      </w:tr>
    </w:tbl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412"/>
      </w:tblGrid>
      <w:tr>
        <w:tc>
          <w:tcPr>
            <w:tcW w:type="dxa" w:w="9071"/>
            <w:shd w:val="clear" w:color="auto" w:fill="FFFEF7"/>
            <w:tcBorders>
              <w:top w:val="single" w:sz="6" w:color="E4405F"/>
              <w:left w:val="single" w:sz="6" w:color="E4405F"/>
              <w:bottom w:val="single" w:sz="6" w:color="E4405F"/>
              <w:right w:val="single" w:sz="6" w:color="E4405F"/>
            </w:tcBorders>
          </w:tcPr>
          <w:p>
            <w:pPr>
              <w:spacing w:after="40"/>
            </w:pPr>
            <w:r>
              <w:rPr>
                <w:rFonts w:ascii="標楷體" w:hAnsi="標楷體" w:eastAsia="標楷體" w:cs="標楷體"/>
              </w:rPr>
            </w: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🌍 ESG 是什麼？讓我們白話告訴您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🌱 E 環境 → 節能減碳  愛護地球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❤️ S 社會 → 照顧員工  服務社區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⚖️ G 治理 → 誠信經營  透明管理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○○ 診所全面導入 ESG 永續制度 ✨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從每次看診開始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打造永續未來 💚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—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#ESG #永續醫療 #SDGs #社會責任 #台中醫師公會 #永續發展 #Sustainability</w:t>
            </w:r>
          </w:p>
        </w:tc>
      </w:tr>
    </w:tbl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412"/>
      </w:tblGrid>
      <w:tr>
        <w:tc>
          <w:tcPr>
            <w:tcW w:type="dxa" w:w="9071"/>
            <w:shd w:val="clear" w:color="auto" w:fill="F4F4F4"/>
            <w:tcBorders>
              <w:top w:val="single" w:sz="4" w:color="BBBBBB"/>
              <w:left w:val="single" w:sz="4" w:color="BBBBBB"/>
              <w:bottom w:val="single" w:sz="4" w:color="BBBBBB"/>
              <w:right w:val="single" w:sz="4" w:color="BBBBBB"/>
            </w:tcBorders>
          </w:tcPr>
          <w:p>
            <w:r>
              <w:rPr>
                <w:rFonts w:ascii="標楷體" w:hAnsi="標楷體" w:eastAsia="標楷體" w:cs="標楷體"/>
              </w:rPr>
            </w:r>
            <w:r>
              <w:rPr>
                <w:rFonts w:ascii="標楷體" w:hAnsi="標楷體" w:eastAsia="標楷體" w:cs="標楷體"/>
                <w:b w:val="0"/>
                <w:color w:val="555555"/>
                <w:sz w:val="20"/>
              </w:rPr>
              <w:t>💡 使用提示：可做成輪播圖  每張一個字母（E/S/G）</w:t>
            </w:r>
          </w:p>
        </w:tc>
      </w:tr>
    </w:tbl>
    <w:p>
      <w:pPr>
        <w:spacing w:after="60"/>
      </w:pPr>
      <w:r>
        <w:rPr>
          <w:rFonts w:ascii="標楷體" w:hAnsi="標楷體" w:eastAsia="標楷體" w:cs="標楷體"/>
          <w:b w:val="0"/>
          <w:sz w:val="22"/>
        </w:rPr>
      </w:r>
    </w:p>
    <w:p>
      <w:pPr>
        <w:spacing w:before="320" w:after="120"/>
        <w:pBdr>
          <w:bottom w:val="single" w:sz="12" w:space="4" w:color="1F3864"/>
        </w:pBdr>
      </w:pPr>
      <w:r>
        <w:rPr>
          <w:rFonts w:ascii="標楷體" w:hAnsi="標楷體" w:eastAsia="標楷體" w:cs="標楷體"/>
          <w:b/>
          <w:color w:val="1F3864"/>
          <w:sz w:val="36"/>
        </w:rPr>
        <w:t>🔍 Google 商家檔案  最新動態版（短文）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412"/>
      </w:tblGrid>
      <w:tr>
        <w:tc>
          <w:tcPr>
            <w:tcW w:type="dxa" w:w="9071"/>
            <w:shd w:val="clear" w:color="auto" w:fill="4285F4"/>
            <w:tcBorders>
              <w:top w:val="single" w:sz="8" w:color="4285F4"/>
              <w:left w:val="single" w:sz="8" w:color="4285F4"/>
              <w:bottom w:val="single" w:sz="8" w:color="4285F4"/>
              <w:right w:val="single" w:sz="8" w:color="4285F4"/>
            </w:tcBorders>
          </w:tcPr>
          <w:p>
            <w:pPr>
              <w:jc w:val="left"/>
            </w:pPr>
            <w:r>
              <w:rPr>
                <w:rFonts w:ascii="標楷體" w:hAnsi="標楷體" w:eastAsia="標楷體" w:cs="標楷體"/>
              </w:rPr>
            </w:r>
            <w:r>
              <w:rPr>
                <w:rFonts w:ascii="標楷體" w:hAnsi="標楷體" w:eastAsia="標楷體" w:cs="標楷體"/>
                <w:b/>
                <w:color w:val="FFFFFF"/>
                <w:sz w:val="32"/>
              </w:rPr>
              <w:t xml:space="preserve">  🔍 Google 我的商家</w:t>
            </w:r>
          </w:p>
        </w:tc>
      </w:tr>
    </w:tbl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412"/>
      </w:tblGrid>
      <w:tr>
        <w:tc>
          <w:tcPr>
            <w:tcW w:type="dxa" w:w="9071"/>
            <w:shd w:val="clear" w:color="auto" w:fill="FFFEF7"/>
            <w:tcBorders>
              <w:top w:val="single" w:sz="6" w:color="4285F4"/>
              <w:left w:val="single" w:sz="6" w:color="4285F4"/>
              <w:bottom w:val="single" w:sz="6" w:color="4285F4"/>
              <w:right w:val="single" w:sz="6" w:color="4285F4"/>
            </w:tcBorders>
          </w:tcPr>
          <w:p>
            <w:pPr>
              <w:spacing w:after="40"/>
            </w:pPr>
            <w:r>
              <w:rPr>
                <w:rFonts w:ascii="標楷體" w:hAnsi="標楷體" w:eastAsia="標楷體" w:cs="標楷體"/>
              </w:rPr>
            </w: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○○ 診所全面導入 ESG 永續制度，從環境、社會、治理三個面向落實永續經營。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🌱 Environmental 環境：節能減碳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❤️ Social 社會：員工關懷、社區服務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⚖️ Governance 治理：誠信透明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響應聯合國永續發展目標（SDGs），與台中市醫師公會共同推動永續醫療 🌍</w:t>
            </w:r>
          </w:p>
        </w:tc>
      </w:tr>
    </w:tbl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412"/>
      </w:tblGrid>
      <w:tr>
        <w:tc>
          <w:tcPr>
            <w:tcW w:type="dxa" w:w="9071"/>
            <w:shd w:val="clear" w:color="auto" w:fill="F4F4F4"/>
            <w:tcBorders>
              <w:top w:val="single" w:sz="4" w:color="BBBBBB"/>
              <w:left w:val="single" w:sz="4" w:color="BBBBBB"/>
              <w:bottom w:val="single" w:sz="4" w:color="BBBBBB"/>
              <w:right w:val="single" w:sz="4" w:color="BBBBBB"/>
            </w:tcBorders>
          </w:tcPr>
          <w:p>
            <w:r>
              <w:rPr>
                <w:rFonts w:ascii="標楷體" w:hAnsi="標楷體" w:eastAsia="標楷體" w:cs="標楷體"/>
              </w:rPr>
            </w:r>
            <w:r>
              <w:rPr>
                <w:rFonts w:ascii="標楷體" w:hAnsi="標楷體" w:eastAsia="標楷體" w:cs="標楷體"/>
                <w:b w:val="0"/>
                <w:color w:val="555555"/>
                <w:sz w:val="20"/>
              </w:rPr>
              <w:t>💡 使用提示：包含「ESG」「SDGs」「永續發展」等高熱搜尋詞</w:t>
            </w:r>
          </w:p>
        </w:tc>
      </w:tr>
    </w:tbl>
    <w:p>
      <w:pPr>
        <w:spacing w:after="60"/>
      </w:pPr>
      <w:r>
        <w:rPr>
          <w:rFonts w:ascii="標楷體" w:hAnsi="標楷體" w:eastAsia="標楷體" w:cs="標楷體"/>
          <w:b w:val="0"/>
          <w:sz w:val="22"/>
        </w:rPr>
      </w:r>
    </w:p>
    <w:p>
      <w:pPr>
        <w:spacing w:before="320" w:after="120"/>
        <w:pBdr>
          <w:bottom w:val="single" w:sz="12" w:space="4" w:color="1F3864"/>
        </w:pBdr>
      </w:pPr>
      <w:r>
        <w:rPr>
          <w:rFonts w:ascii="標楷體" w:hAnsi="標楷體" w:eastAsia="標楷體" w:cs="標楷體"/>
          <w:b/>
          <w:color w:val="1F3864"/>
          <w:sz w:val="36"/>
        </w:rPr>
        <w:t>💚 LINE 訊息／群組分享版（極短）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412"/>
      </w:tblGrid>
      <w:tr>
        <w:tc>
          <w:tcPr>
            <w:tcW w:type="dxa" w:w="9071"/>
            <w:shd w:val="clear" w:color="auto" w:fill="06C755"/>
            <w:tcBorders>
              <w:top w:val="single" w:sz="8" w:color="06C755"/>
              <w:left w:val="single" w:sz="8" w:color="06C755"/>
              <w:bottom w:val="single" w:sz="8" w:color="06C755"/>
              <w:right w:val="single" w:sz="8" w:color="06C755"/>
            </w:tcBorders>
          </w:tcPr>
          <w:p>
            <w:pPr>
              <w:jc w:val="left"/>
            </w:pPr>
            <w:r>
              <w:rPr>
                <w:rFonts w:ascii="標楷體" w:hAnsi="標楷體" w:eastAsia="標楷體" w:cs="標楷體"/>
              </w:rPr>
            </w:r>
            <w:r>
              <w:rPr>
                <w:rFonts w:ascii="標楷體" w:hAnsi="標楷體" w:eastAsia="標楷體" w:cs="標楷體"/>
                <w:b/>
                <w:color w:val="FFFFFF"/>
                <w:sz w:val="32"/>
              </w:rPr>
              <w:t xml:space="preserve">  💚 LINE 訊息</w:t>
            </w:r>
          </w:p>
        </w:tc>
      </w:tr>
    </w:tbl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412"/>
      </w:tblGrid>
      <w:tr>
        <w:tc>
          <w:tcPr>
            <w:tcW w:type="dxa" w:w="9071"/>
            <w:shd w:val="clear" w:color="auto" w:fill="FFFEF7"/>
            <w:tcBorders>
              <w:top w:val="single" w:sz="6" w:color="06C755"/>
              <w:left w:val="single" w:sz="6" w:color="06C755"/>
              <w:bottom w:val="single" w:sz="6" w:color="06C755"/>
              <w:right w:val="single" w:sz="6" w:color="06C755"/>
            </w:tcBorders>
          </w:tcPr>
          <w:p>
            <w:pPr>
              <w:spacing w:after="40"/>
            </w:pPr>
            <w:r>
              <w:rPr>
                <w:rFonts w:ascii="標楷體" w:hAnsi="標楷體" w:eastAsia="標楷體" w:cs="標楷體"/>
              </w:rPr>
            </w: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🌍 ○○ 診所 推動 ESG 永續醫療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ESG 是什麼？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🌱 E 環境：節能減碳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❤️ S 社會：照顧社區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⚖️ G 治理：誠信經營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從每次看診  打造永續未來 💚</w:t>
            </w:r>
          </w:p>
        </w:tc>
      </w:tr>
    </w:tbl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412"/>
      </w:tblGrid>
      <w:tr>
        <w:tc>
          <w:tcPr>
            <w:tcW w:type="dxa" w:w="9071"/>
            <w:shd w:val="clear" w:color="auto" w:fill="F4F4F4"/>
            <w:tcBorders>
              <w:top w:val="single" w:sz="4" w:color="BBBBBB"/>
              <w:left w:val="single" w:sz="4" w:color="BBBBBB"/>
              <w:bottom w:val="single" w:sz="4" w:color="BBBBBB"/>
              <w:right w:val="single" w:sz="4" w:color="BBBBBB"/>
            </w:tcBorders>
          </w:tcPr>
          <w:p>
            <w:r>
              <w:rPr>
                <w:rFonts w:ascii="標楷體" w:hAnsi="標楷體" w:eastAsia="標楷體" w:cs="標楷體"/>
              </w:rPr>
            </w:r>
            <w:r>
              <w:rPr>
                <w:rFonts w:ascii="標楷體" w:hAnsi="標楷體" w:eastAsia="標楷體" w:cs="標楷體"/>
                <w:b w:val="0"/>
                <w:color w:val="555555"/>
                <w:sz w:val="20"/>
              </w:rPr>
              <w:t>💡 使用提示：適合教育推廣  可附加 ESG 影片連結</w:t>
            </w:r>
          </w:p>
        </w:tc>
      </w:tr>
    </w:tbl>
    <w:p>
      <w:pPr>
        <w:spacing w:after="60"/>
      </w:pPr>
      <w:r>
        <w:rPr>
          <w:rFonts w:ascii="標楷體" w:hAnsi="標楷體" w:eastAsia="標楷體" w:cs="標楷體"/>
          <w:b w:val="0"/>
          <w:sz w:val="22"/>
        </w:rPr>
      </w:r>
    </w:p>
    <w:p>
      <w:pPr>
        <w:spacing w:before="320" w:after="120"/>
        <w:pBdr>
          <w:bottom w:val="single" w:sz="12" w:space="4" w:color="1F3864"/>
        </w:pBdr>
      </w:pPr>
      <w:r>
        <w:rPr>
          <w:rFonts w:ascii="標楷體" w:hAnsi="標楷體" w:eastAsia="標楷體" w:cs="標楷體"/>
          <w:b/>
          <w:color w:val="1F3864"/>
          <w:sz w:val="36"/>
        </w:rPr>
        <w:t>💡 發文時機建議</w:t>
      </w:r>
    </w:p>
    <w:p>
      <w:pPr>
        <w:ind w:left="340"/>
      </w:pPr>
      <w:r>
        <w:rPr>
          <w:rFonts w:ascii="標楷體" w:hAnsi="標楷體" w:eastAsia="標楷體" w:cs="標楷體"/>
          <w:b w:val="0"/>
          <w:color w:val="222222"/>
          <w:sz w:val="22"/>
        </w:rPr>
        <w:t>★ 建議發文頻率：每張海報主題 1-2 週發 1 次（避免重複疲乏）</w:t>
        <w:br/>
        <w:t>★ 建議發文時間：上午 11:00-12:00（午休前）或下午 6:00-8:00（下班後）</w:t>
        <w:br/>
        <w:t>★ 建議搭配：海報主視覺 + 1-2 張實景照片</w:t>
        <w:br/>
        <w:t>★ 互動策略：發文後 2 小時內回覆留言，提升觸及率</w:t>
      </w:r>
    </w:p>
    <w:sectPr w:rsidR="00FC693F" w:rsidRPr="0006063C" w:rsidSect="00034616">
      <w:headerReference w:type="default" r:id="rId9"/>
      <w:headerReference w:type="first" r:id="rId10"/>
      <w:headerReference w:type="even" r:id="rId11"/>
      <w:footerReference w:type="default" r:id="rId12"/>
      <w:footerReference w:type="first" r:id="rId13"/>
      <w:footerReference w:type="even" r:id="rId14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er3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header3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header" Target="header2.xml"/><Relationship Id="rId11" Type="http://schemas.openxmlformats.org/officeDocument/2006/relationships/header" Target="header3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